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CA866" w14:textId="77777777" w:rsidR="006A5801" w:rsidRDefault="006A5801"/>
    <w:p w14:paraId="1E9537EF" w14:textId="67A741CA" w:rsidR="006A5801" w:rsidRDefault="006A5801"/>
    <w:p w14:paraId="5D8F8E5C" w14:textId="77777777" w:rsidR="006A5801" w:rsidRDefault="006A5801"/>
    <w:p w14:paraId="675544A6" w14:textId="4F3EF849" w:rsidR="006A5801" w:rsidRDefault="006A5801"/>
    <w:p w14:paraId="4D377D5B" w14:textId="1073D681" w:rsidR="006A5801" w:rsidRDefault="006A5801"/>
    <w:p w14:paraId="40DE3A1E" w14:textId="77777777" w:rsidR="009F6601" w:rsidRDefault="008A5DAB" w:rsidP="009F6601">
      <w:pPr>
        <w:adjustRightInd w:val="0"/>
        <w:snapToGrid w:val="0"/>
        <w:jc w:val="center"/>
        <w:rPr>
          <w:rFonts w:ascii="BIZ UDP明朝 Medium" w:eastAsia="BIZ UDP明朝 Medium" w:hAnsi="BIZ UDP明朝 Medium"/>
          <w:b/>
          <w:color w:val="151515"/>
          <w:sz w:val="64"/>
          <w:lang w:eastAsia="ja-JP"/>
        </w:rPr>
      </w:pPr>
      <w:r w:rsidRPr="002C596F">
        <w:rPr>
          <w:rFonts w:ascii="BIZ UDP明朝 Medium" w:eastAsia="BIZ UDP明朝 Medium" w:hAnsi="BIZ UDP明朝 Medium"/>
          <w:b/>
          <w:color w:val="151515"/>
          <w:sz w:val="64"/>
          <w:lang w:eastAsia="ja-JP"/>
        </w:rPr>
        <w:t>アールズラボ</w:t>
      </w:r>
    </w:p>
    <w:p w14:paraId="64D0D8DC" w14:textId="5A1B3B65" w:rsidR="006A5801" w:rsidRPr="00914F62" w:rsidRDefault="009F6601" w:rsidP="009F6601">
      <w:pPr>
        <w:adjustRightInd w:val="0"/>
        <w:snapToGrid w:val="0"/>
        <w:jc w:val="center"/>
        <w:rPr>
          <w:rFonts w:ascii="Palace Script MT" w:eastAsia="BIZ UDP明朝 Medium" w:hAnsi="Palace Script MT"/>
          <w:b/>
          <w:color w:val="151515"/>
          <w:sz w:val="220"/>
          <w:szCs w:val="48"/>
          <w:lang w:eastAsia="ja-JP"/>
        </w:rPr>
      </w:pPr>
      <w:r w:rsidRPr="00914F62">
        <w:rPr>
          <w:rFonts w:ascii="Palace Script MT" w:eastAsia="BIZ UDP明朝 Medium" w:hAnsi="Palace Script MT"/>
          <w:b/>
          <w:color w:val="151515"/>
          <w:sz w:val="56"/>
          <w:szCs w:val="56"/>
          <w:lang w:eastAsia="ja-JP"/>
        </w:rPr>
        <w:t>8</w:t>
      </w:r>
      <w:r w:rsidR="00914F62" w:rsidRPr="00914F62">
        <w:rPr>
          <w:rFonts w:ascii="Palace Script MT" w:eastAsia="BIZ UDP明朝 Medium" w:hAnsi="Palace Script MT" w:hint="eastAsia"/>
          <w:b/>
          <w:color w:val="151515"/>
          <w:sz w:val="56"/>
          <w:szCs w:val="56"/>
          <w:lang w:eastAsia="ja-JP"/>
        </w:rPr>
        <w:t>th</w:t>
      </w:r>
      <w:r w:rsidRPr="00914F62">
        <w:rPr>
          <w:rFonts w:ascii="Palace Script MT" w:eastAsia="BIZ UDP明朝 Medium" w:hAnsi="Palace Script MT"/>
          <w:b/>
          <w:color w:val="151515"/>
          <w:sz w:val="56"/>
          <w:szCs w:val="56"/>
          <w:lang w:eastAsia="ja-JP"/>
        </w:rPr>
        <w:t xml:space="preserve"> Anniversary</w:t>
      </w:r>
    </w:p>
    <w:p w14:paraId="3B1C50BB" w14:textId="68CBDAB6" w:rsidR="006A5801" w:rsidRPr="002C596F" w:rsidRDefault="00B0326F">
      <w:pPr>
        <w:jc w:val="center"/>
        <w:rPr>
          <w:rFonts w:ascii="BIZ UDP明朝 Medium" w:eastAsia="BIZ UDP明朝 Medium" w:hAnsi="BIZ UDP明朝 Medium"/>
          <w:lang w:eastAsia="ja-JP"/>
        </w:rPr>
      </w:pPr>
      <w:r>
        <w:rPr>
          <w:rFonts w:ascii="BIZ UDP明朝 Medium" w:eastAsia="BIZ UDP明朝 Medium" w:hAnsi="BIZ UDP明朝 Medium" w:hint="eastAsia"/>
          <w:b/>
          <w:color w:val="151515"/>
          <w:sz w:val="48"/>
          <w:lang w:eastAsia="ja-JP"/>
        </w:rPr>
        <w:t>MANIFEST</w:t>
      </w:r>
    </w:p>
    <w:p w14:paraId="4851E37C" w14:textId="359870F9" w:rsidR="006A5801" w:rsidRPr="002C596F" w:rsidRDefault="008A5DAB">
      <w:pPr>
        <w:jc w:val="center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color w:val="666666"/>
          <w:sz w:val="20"/>
          <w:lang w:eastAsia="ja-JP"/>
        </w:rPr>
        <w:t>Founder’s Manifesto /</w:t>
      </w:r>
      <w:r w:rsidR="001A31E1">
        <w:rPr>
          <w:rFonts w:ascii="BIZ UDP明朝 Medium" w:eastAsia="BIZ UDP明朝 Medium" w:hAnsi="BIZ UDP明朝 Medium" w:hint="eastAsia"/>
          <w:color w:val="666666"/>
          <w:sz w:val="20"/>
          <w:lang w:eastAsia="ja-JP"/>
        </w:rPr>
        <w:t>2026</w:t>
      </w:r>
      <w:r w:rsidRPr="002C596F">
        <w:rPr>
          <w:rFonts w:ascii="BIZ UDP明朝 Medium" w:eastAsia="BIZ UDP明朝 Medium" w:hAnsi="BIZ UDP明朝 Medium"/>
          <w:color w:val="666666"/>
          <w:sz w:val="20"/>
          <w:lang w:eastAsia="ja-JP"/>
        </w:rPr>
        <w:t xml:space="preserve"> Edition</w:t>
      </w:r>
    </w:p>
    <w:p w14:paraId="0890E5D1" w14:textId="29913EF0" w:rsidR="006A5801" w:rsidRPr="002C596F" w:rsidRDefault="006A5801">
      <w:pPr>
        <w:rPr>
          <w:rFonts w:ascii="BIZ UDP明朝 Medium" w:eastAsia="BIZ UDP明朝 Medium" w:hAnsi="BIZ UDP明朝 Medium"/>
          <w:lang w:eastAsia="ja-JP"/>
        </w:rPr>
      </w:pPr>
    </w:p>
    <w:p w14:paraId="39CD2744" w14:textId="2753292C" w:rsidR="006A5801" w:rsidRPr="002C596F" w:rsidRDefault="006A5801">
      <w:pPr>
        <w:rPr>
          <w:rFonts w:ascii="BIZ UDP明朝 Medium" w:eastAsia="BIZ UDP明朝 Medium" w:hAnsi="BIZ UDP明朝 Medium"/>
          <w:lang w:eastAsia="ja-JP"/>
        </w:rPr>
      </w:pPr>
    </w:p>
    <w:p w14:paraId="0E683938" w14:textId="307026D2" w:rsidR="006A5801" w:rsidRPr="002C596F" w:rsidRDefault="008A5DAB">
      <w:pPr>
        <w:jc w:val="center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b/>
          <w:color w:val="A1121B"/>
          <w:sz w:val="30"/>
          <w:lang w:eastAsia="ja-JP"/>
        </w:rPr>
        <w:t>人を想う気持ちを、未来へ。</w:t>
      </w:r>
    </w:p>
    <w:p w14:paraId="4F67C0D5" w14:textId="1A023D33" w:rsidR="006A5801" w:rsidRPr="002C596F" w:rsidRDefault="006A5801">
      <w:pPr>
        <w:rPr>
          <w:rFonts w:ascii="BIZ UDP明朝 Medium" w:eastAsia="BIZ UDP明朝 Medium" w:hAnsi="BIZ UDP明朝 Medium"/>
          <w:lang w:eastAsia="ja-JP"/>
        </w:rPr>
      </w:pPr>
    </w:p>
    <w:p w14:paraId="5A5D7AA7" w14:textId="499C3E76" w:rsidR="006A5801" w:rsidRPr="002C596F" w:rsidRDefault="00EA4862">
      <w:pPr>
        <w:rPr>
          <w:rFonts w:ascii="BIZ UDP明朝 Medium" w:eastAsia="BIZ UDP明朝 Medium" w:hAnsi="BIZ UDP明朝 Medium"/>
          <w:lang w:eastAsia="ja-JP"/>
        </w:rPr>
      </w:pPr>
      <w:r>
        <w:rPr>
          <w:rFonts w:ascii="BIZ UDP明朝 Medium" w:eastAsia="BIZ UDP明朝 Medium" w:hAnsi="BIZ UDP明朝 Medium"/>
          <w:noProof/>
          <w:lang w:eastAsia="ja-JP"/>
        </w:rPr>
        <w:drawing>
          <wp:anchor distT="0" distB="0" distL="114300" distR="114300" simplePos="0" relativeHeight="251661824" behindDoc="0" locked="0" layoutInCell="1" allowOverlap="1" wp14:anchorId="2D45BF0D" wp14:editId="4CFC79E4">
            <wp:simplePos x="0" y="0"/>
            <wp:positionH relativeFrom="column">
              <wp:posOffset>768985</wp:posOffset>
            </wp:positionH>
            <wp:positionV relativeFrom="paragraph">
              <wp:posOffset>121285</wp:posOffset>
            </wp:positionV>
            <wp:extent cx="4962525" cy="1486569"/>
            <wp:effectExtent l="0" t="0" r="0" b="0"/>
            <wp:wrapNone/>
            <wp:docPr id="108584697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846976" name="図 108584697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1486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373940" w14:textId="77777777" w:rsidR="006A5801" w:rsidRPr="002C596F" w:rsidRDefault="006A5801">
      <w:pPr>
        <w:rPr>
          <w:rFonts w:ascii="BIZ UDP明朝 Medium" w:eastAsia="BIZ UDP明朝 Medium" w:hAnsi="BIZ UDP明朝 Medium"/>
          <w:lang w:eastAsia="ja-JP"/>
        </w:rPr>
      </w:pPr>
    </w:p>
    <w:p w14:paraId="149C2B43" w14:textId="6D782BD3" w:rsidR="006A5801" w:rsidRPr="002C596F" w:rsidRDefault="006A5801">
      <w:pPr>
        <w:rPr>
          <w:rFonts w:ascii="BIZ UDP明朝 Medium" w:eastAsia="BIZ UDP明朝 Medium" w:hAnsi="BIZ UDP明朝 Medium"/>
          <w:lang w:eastAsia="ja-JP"/>
        </w:rPr>
      </w:pPr>
    </w:p>
    <w:p w14:paraId="4634691B" w14:textId="1271BFBB" w:rsidR="006A5801" w:rsidRPr="002C596F" w:rsidRDefault="006A5801">
      <w:pPr>
        <w:rPr>
          <w:rFonts w:ascii="BIZ UDP明朝 Medium" w:eastAsia="BIZ UDP明朝 Medium" w:hAnsi="BIZ UDP明朝 Medium"/>
          <w:lang w:eastAsia="ja-JP"/>
        </w:rPr>
      </w:pPr>
    </w:p>
    <w:p w14:paraId="63B0FA63" w14:textId="05EBDAC9" w:rsidR="006A5801" w:rsidRPr="002C596F" w:rsidRDefault="006A5801">
      <w:pPr>
        <w:rPr>
          <w:rFonts w:ascii="BIZ UDP明朝 Medium" w:eastAsia="BIZ UDP明朝 Medium" w:hAnsi="BIZ UDP明朝 Medium"/>
          <w:lang w:eastAsia="ja-JP"/>
        </w:rPr>
      </w:pPr>
    </w:p>
    <w:p w14:paraId="1782900B" w14:textId="25F8F7C4" w:rsidR="006A5801" w:rsidRPr="002C596F" w:rsidRDefault="006A5801">
      <w:pPr>
        <w:rPr>
          <w:rFonts w:ascii="BIZ UDP明朝 Medium" w:eastAsia="BIZ UDP明朝 Medium" w:hAnsi="BIZ UDP明朝 Medium"/>
          <w:lang w:eastAsia="ja-JP"/>
        </w:rPr>
      </w:pPr>
    </w:p>
    <w:p w14:paraId="06DCB4F1" w14:textId="77777777" w:rsidR="006A5801" w:rsidRPr="002C596F" w:rsidRDefault="006A5801">
      <w:pPr>
        <w:rPr>
          <w:rFonts w:ascii="BIZ UDP明朝 Medium" w:eastAsia="BIZ UDP明朝 Medium" w:hAnsi="BIZ UDP明朝 Medium"/>
          <w:lang w:eastAsia="ja-JP"/>
        </w:rPr>
      </w:pPr>
    </w:p>
    <w:p w14:paraId="5C1624D7" w14:textId="5BDD32A0" w:rsidR="006A5801" w:rsidRPr="002C596F" w:rsidRDefault="008A5DAB">
      <w:pPr>
        <w:jc w:val="center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color w:val="151515"/>
          <w:sz w:val="20"/>
          <w:lang w:eastAsia="ja-JP"/>
        </w:rPr>
        <w:t>カーライフサポートアールズラボ</w:t>
      </w:r>
      <w:r w:rsidRPr="002C596F">
        <w:rPr>
          <w:rFonts w:ascii="BIZ UDP明朝 Medium" w:eastAsia="BIZ UDP明朝 Medium" w:hAnsi="BIZ UDP明朝 Medium"/>
          <w:color w:val="151515"/>
          <w:sz w:val="20"/>
          <w:lang w:eastAsia="ja-JP"/>
        </w:rPr>
        <w:br/>
      </w:r>
      <w:r w:rsidR="00B0326F">
        <w:rPr>
          <w:rFonts w:ascii="BIZ UDP明朝 Medium" w:eastAsia="BIZ UDP明朝 Medium" w:hAnsi="BIZ UDP明朝 Medium" w:hint="eastAsia"/>
          <w:color w:val="151515"/>
          <w:sz w:val="20"/>
          <w:lang w:eastAsia="ja-JP"/>
        </w:rPr>
        <w:t>代表</w:t>
      </w:r>
      <w:r w:rsidRPr="002C596F">
        <w:rPr>
          <w:rFonts w:ascii="BIZ UDP明朝 Medium" w:eastAsia="BIZ UDP明朝 Medium" w:hAnsi="BIZ UDP明朝 Medium"/>
          <w:color w:val="151515"/>
          <w:sz w:val="20"/>
          <w:lang w:eastAsia="ja-JP"/>
        </w:rPr>
        <w:t xml:space="preserve">　格和 竜輝</w:t>
      </w:r>
    </w:p>
    <w:p w14:paraId="58903B26" w14:textId="36363DDB" w:rsidR="006A5801" w:rsidRPr="002C596F" w:rsidRDefault="00EA4862">
      <w:pPr>
        <w:rPr>
          <w:rFonts w:ascii="BIZ UDP明朝 Medium" w:eastAsia="BIZ UDP明朝 Medium" w:hAnsi="BIZ UDP明朝 Medium"/>
          <w:lang w:eastAsia="ja-JP"/>
        </w:rPr>
      </w:pPr>
      <w:r>
        <w:rPr>
          <w:rFonts w:ascii="BIZ UDP明朝 Medium" w:eastAsia="BIZ UDP明朝 Medium" w:hAnsi="BIZ UDP明朝 Medium"/>
          <w:noProof/>
          <w:lang w:eastAsia="ja-JP"/>
        </w:rPr>
        <w:drawing>
          <wp:anchor distT="0" distB="0" distL="114300" distR="114300" simplePos="0" relativeHeight="251662848" behindDoc="0" locked="0" layoutInCell="1" allowOverlap="1" wp14:anchorId="21C7786A" wp14:editId="2E6D8C71">
            <wp:simplePos x="0" y="0"/>
            <wp:positionH relativeFrom="column">
              <wp:posOffset>2178685</wp:posOffset>
            </wp:positionH>
            <wp:positionV relativeFrom="paragraph">
              <wp:posOffset>719455</wp:posOffset>
            </wp:positionV>
            <wp:extent cx="2038350" cy="612493"/>
            <wp:effectExtent l="0" t="0" r="0" b="0"/>
            <wp:wrapNone/>
            <wp:docPr id="1673424958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424958" name="図 1673424958"/>
                    <pic:cNvPicPr/>
                  </pic:nvPicPr>
                  <pic:blipFill rotWithShape="1">
                    <a:blip r:embed="rId9"/>
                    <a:srcRect l="3909" t="24420" r="3036" b="28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612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5DAB" w:rsidRPr="002C596F">
        <w:rPr>
          <w:rFonts w:ascii="BIZ UDP明朝 Medium" w:eastAsia="BIZ UDP明朝 Medium" w:hAnsi="BIZ UDP明朝 Medium"/>
          <w:lang w:eastAsia="ja-JP"/>
        </w:rPr>
        <w:br w:type="page"/>
      </w:r>
    </w:p>
    <w:p w14:paraId="309BF2A8" w14:textId="77777777" w:rsidR="001A31E1" w:rsidRDefault="001A31E1">
      <w:pPr>
        <w:rPr>
          <w:rFonts w:ascii="BIZ UDP明朝 Medium" w:eastAsia="BIZ UDP明朝 Medium" w:hAnsi="BIZ UDP明朝 Medium"/>
          <w:b/>
          <w:color w:val="A1121B"/>
          <w:sz w:val="18"/>
          <w:lang w:eastAsia="ja-JP"/>
        </w:rPr>
      </w:pPr>
    </w:p>
    <w:p w14:paraId="75D9A9CF" w14:textId="77777777" w:rsidR="001A31E1" w:rsidRDefault="001A31E1">
      <w:pPr>
        <w:rPr>
          <w:rFonts w:ascii="BIZ UDP明朝 Medium" w:eastAsia="BIZ UDP明朝 Medium" w:hAnsi="BIZ UDP明朝 Medium"/>
          <w:b/>
          <w:color w:val="A1121B"/>
          <w:sz w:val="18"/>
          <w:lang w:eastAsia="ja-JP"/>
        </w:rPr>
      </w:pPr>
    </w:p>
    <w:p w14:paraId="1B1AA14F" w14:textId="69B8E943" w:rsidR="006A5801" w:rsidRPr="002C596F" w:rsidRDefault="008A5DAB">
      <w:pPr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b/>
          <w:color w:val="A1121B"/>
          <w:sz w:val="18"/>
          <w:lang w:eastAsia="ja-JP"/>
        </w:rPr>
        <w:t xml:space="preserve">┃ </w:t>
      </w:r>
      <w:r w:rsidRPr="002C596F">
        <w:rPr>
          <w:rFonts w:ascii="BIZ UDP明朝 Medium" w:eastAsia="BIZ UDP明朝 Medium" w:hAnsi="BIZ UDP明朝 Medium"/>
          <w:b/>
          <w:color w:val="151515"/>
          <w:sz w:val="18"/>
          <w:lang w:eastAsia="ja-JP"/>
        </w:rPr>
        <w:t>01 / はじめに</w:t>
      </w:r>
    </w:p>
    <w:p w14:paraId="67AB1123" w14:textId="77777777" w:rsidR="006A5801" w:rsidRPr="002C596F" w:rsidRDefault="008A5DAB">
      <w:pPr>
        <w:pStyle w:val="1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はじめに</w:t>
      </w:r>
    </w:p>
    <w:p w14:paraId="28BD69D2" w14:textId="77777777" w:rsidR="006A5801" w:rsidRPr="002C596F" w:rsidRDefault="008A5DAB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アールズラボは、車を売るためだけに存在する会社ではありません。</w:t>
      </w:r>
    </w:p>
    <w:p w14:paraId="05916BAB" w14:textId="77777777" w:rsidR="006A5801" w:rsidRPr="002C596F" w:rsidRDefault="008A5DAB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私たちは、車を通して人の人生に寄り添い、関わるすべての人の未来に安心を届けるために存在します。</w:t>
      </w:r>
    </w:p>
    <w:p w14:paraId="36DC3273" w14:textId="77777777" w:rsidR="006A5801" w:rsidRPr="002C596F" w:rsidRDefault="008A5DAB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車業界には、専門知識が必要です。だからこそ、お客様は不安になります。何が正しいのか。誰を信じればいいのか。本当にこの選択でいいのか。</w:t>
      </w:r>
    </w:p>
    <w:p w14:paraId="38882983" w14:textId="77777777" w:rsidR="006A5801" w:rsidRPr="002C596F" w:rsidRDefault="008A5DAB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その不安に対して、アールズラボはお客様の隣に立つ存在でありたいと考えています。</w:t>
      </w:r>
    </w:p>
    <w:p w14:paraId="2120EC29" w14:textId="77777777" w:rsidR="001A31E1" w:rsidRDefault="001A31E1">
      <w:pPr>
        <w:rPr>
          <w:rFonts w:ascii="BIZ UDP明朝 Medium" w:eastAsia="BIZ UDP明朝 Medium" w:hAnsi="BIZ UDP明朝 Medium"/>
          <w:lang w:eastAsia="ja-JP"/>
        </w:rPr>
      </w:pPr>
    </w:p>
    <w:p w14:paraId="7E5272CA" w14:textId="77777777" w:rsidR="001A31E1" w:rsidRDefault="001A31E1">
      <w:pPr>
        <w:rPr>
          <w:rFonts w:ascii="BIZ UDP明朝 Medium" w:eastAsia="BIZ UDP明朝 Medium" w:hAnsi="BIZ UDP明朝 Medium"/>
          <w:lang w:eastAsia="ja-JP"/>
        </w:rPr>
      </w:pPr>
    </w:p>
    <w:p w14:paraId="4984202F" w14:textId="13E05B72" w:rsidR="006A5801" w:rsidRPr="002C596F" w:rsidRDefault="008A5DAB">
      <w:pPr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b/>
          <w:color w:val="A1121B"/>
          <w:sz w:val="18"/>
          <w:lang w:eastAsia="ja-JP"/>
        </w:rPr>
        <w:t xml:space="preserve">┃ </w:t>
      </w:r>
      <w:r w:rsidRPr="002C596F">
        <w:rPr>
          <w:rFonts w:ascii="BIZ UDP明朝 Medium" w:eastAsia="BIZ UDP明朝 Medium" w:hAnsi="BIZ UDP明朝 Medium"/>
          <w:b/>
          <w:color w:val="151515"/>
          <w:sz w:val="18"/>
          <w:lang w:eastAsia="ja-JP"/>
        </w:rPr>
        <w:t>02 / なぜ、アールズラボを作ったのか</w:t>
      </w:r>
    </w:p>
    <w:p w14:paraId="6CD37DDE" w14:textId="77777777" w:rsidR="006A5801" w:rsidRPr="002C596F" w:rsidRDefault="008A5DAB">
      <w:pPr>
        <w:pStyle w:val="1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なぜ、アールズラボを作ったのか</w:t>
      </w:r>
    </w:p>
    <w:p w14:paraId="0890A2D7" w14:textId="77777777" w:rsidR="006A5801" w:rsidRPr="002C596F" w:rsidRDefault="008A5DAB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私は小さい頃から、いつか自分のブランドをこの世に残したいと思っていました。</w:t>
      </w:r>
    </w:p>
    <w:p w14:paraId="2FC3C8E1" w14:textId="77777777" w:rsidR="006A5801" w:rsidRPr="002C596F" w:rsidRDefault="008A5DAB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車が好きで、自然と整備士の道へ進みました。そしてディーラーで働く中で、車業界の素晴らしさを学ぶ一方、強い違和感も覚えました。</w:t>
      </w:r>
    </w:p>
    <w:p w14:paraId="04FE311D" w14:textId="77777777" w:rsidR="006A5801" w:rsidRPr="002C596F" w:rsidRDefault="008A5DAB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数字。目標。販売。もちろん、会社にとって利益も目標も大切です。しかし、お客様よりも数字が先に来る仕事にはしたくありませんでした。</w:t>
      </w:r>
    </w:p>
    <w:p w14:paraId="26AEE30E" w14:textId="77777777" w:rsidR="006A5801" w:rsidRPr="002C596F" w:rsidRDefault="008A5DAB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必要のないものを、売上のためだけに提案する。お客様の不安を、利益のために利用する。そういう仕事ではなく、本当にお客様の未来を考える会社を作りたい。そう思って生まれたのが、アールズラボです。</w:t>
      </w:r>
    </w:p>
    <w:p w14:paraId="3274DD27" w14:textId="77777777" w:rsidR="001A31E1" w:rsidRDefault="001A31E1">
      <w:pPr>
        <w:rPr>
          <w:rFonts w:ascii="BIZ UDP明朝 Medium" w:eastAsia="BIZ UDP明朝 Medium" w:hAnsi="BIZ UDP明朝 Medium"/>
          <w:lang w:eastAsia="ja-JP"/>
        </w:rPr>
      </w:pPr>
    </w:p>
    <w:p w14:paraId="01803959" w14:textId="77777777" w:rsidR="001A31E1" w:rsidRDefault="001A31E1">
      <w:pPr>
        <w:rPr>
          <w:rFonts w:ascii="BIZ UDP明朝 Medium" w:eastAsia="BIZ UDP明朝 Medium" w:hAnsi="BIZ UDP明朝 Medium"/>
          <w:lang w:eastAsia="ja-JP"/>
        </w:rPr>
      </w:pPr>
    </w:p>
    <w:p w14:paraId="7C6C9493" w14:textId="018A51E8" w:rsidR="006A5801" w:rsidRPr="002C596F" w:rsidRDefault="008A5DAB">
      <w:pPr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b/>
          <w:color w:val="A1121B"/>
          <w:sz w:val="18"/>
          <w:lang w:eastAsia="ja-JP"/>
        </w:rPr>
        <w:t xml:space="preserve">┃ </w:t>
      </w:r>
      <w:r w:rsidRPr="002C596F">
        <w:rPr>
          <w:rFonts w:ascii="BIZ UDP明朝 Medium" w:eastAsia="BIZ UDP明朝 Medium" w:hAnsi="BIZ UDP明朝 Medium"/>
          <w:b/>
          <w:color w:val="151515"/>
          <w:sz w:val="18"/>
          <w:lang w:eastAsia="ja-JP"/>
        </w:rPr>
        <w:t>03 / 名前に込めた意味</w:t>
      </w:r>
    </w:p>
    <w:p w14:paraId="6C8CCBD4" w14:textId="77777777" w:rsidR="006A5801" w:rsidRPr="002C596F" w:rsidRDefault="008A5DAB">
      <w:pPr>
        <w:pStyle w:val="1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名前に込めた意味</w:t>
      </w:r>
    </w:p>
    <w:p w14:paraId="70746ABD" w14:textId="77777777" w:rsidR="006A5801" w:rsidRPr="002C596F" w:rsidRDefault="008A5DAB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「R」は、創業者である格和竜輝の頭文字です。しかし、アールズラボの「R」は、創業者一人だけを意味するものではありません。</w:t>
      </w:r>
    </w:p>
    <w:p w14:paraId="3D2FD610" w14:textId="77777777" w:rsidR="006A5801" w:rsidRPr="002C596F" w:rsidRDefault="008A5DAB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「R’s」。それは、Rの周りに集まる人たち。お客様、仲間、家族、取引先、地域の人々。アールズラボに関わるすべての人を意味しています。</w:t>
      </w:r>
    </w:p>
    <w:p w14:paraId="6F33F1F6" w14:textId="7089BC44" w:rsidR="006A5801" w:rsidRPr="002C596F" w:rsidRDefault="008A5DAB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そして「Lab</w:t>
      </w:r>
      <w:r w:rsidR="00310D98">
        <w:rPr>
          <w:rFonts w:ascii="BIZ UDP明朝 Medium" w:eastAsia="BIZ UDP明朝 Medium" w:hAnsi="BIZ UDP明朝 Medium" w:hint="eastAsia"/>
          <w:lang w:eastAsia="ja-JP"/>
        </w:rPr>
        <w:t>o</w:t>
      </w:r>
      <w:r w:rsidRPr="002C596F">
        <w:rPr>
          <w:rFonts w:ascii="BIZ UDP明朝 Medium" w:eastAsia="BIZ UDP明朝 Medium" w:hAnsi="BIZ UDP明朝 Medium"/>
          <w:lang w:eastAsia="ja-JP"/>
        </w:rPr>
        <w:t>」は、研究所です。私たちは、完成された会社を目指していません。常に学び、考え、挑戦し、改善し続ける会社でありたい。</w:t>
      </w:r>
    </w:p>
    <w:p w14:paraId="36D65584" w14:textId="77777777" w:rsidR="006A5801" w:rsidRPr="002C596F" w:rsidRDefault="008A5DAB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もっと良いサービスはないか。もっと安心を届ける方法はないか。もっと人の未来を良くできないか。その答えを探し続ける場所。それが、アールズラボです。</w:t>
      </w:r>
    </w:p>
    <w:p w14:paraId="579B7933" w14:textId="77777777" w:rsidR="006A5801" w:rsidRPr="002C596F" w:rsidRDefault="008A5DAB">
      <w:pPr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br w:type="page"/>
      </w:r>
    </w:p>
    <w:p w14:paraId="5004CB4F" w14:textId="77777777" w:rsidR="001A31E1" w:rsidRDefault="001A31E1">
      <w:pPr>
        <w:rPr>
          <w:rFonts w:ascii="BIZ UDP明朝 Medium" w:eastAsia="BIZ UDP明朝 Medium" w:hAnsi="BIZ UDP明朝 Medium"/>
          <w:b/>
          <w:color w:val="A1121B"/>
          <w:sz w:val="18"/>
          <w:lang w:eastAsia="ja-JP"/>
        </w:rPr>
      </w:pPr>
    </w:p>
    <w:p w14:paraId="7223588C" w14:textId="77777777" w:rsidR="001A31E1" w:rsidRDefault="001A31E1">
      <w:pPr>
        <w:rPr>
          <w:rFonts w:ascii="BIZ UDP明朝 Medium" w:eastAsia="BIZ UDP明朝 Medium" w:hAnsi="BIZ UDP明朝 Medium"/>
          <w:b/>
          <w:color w:val="A1121B"/>
          <w:sz w:val="18"/>
          <w:lang w:eastAsia="ja-JP"/>
        </w:rPr>
      </w:pPr>
    </w:p>
    <w:p w14:paraId="028587FA" w14:textId="62F87EBF" w:rsidR="006A5801" w:rsidRPr="002C596F" w:rsidRDefault="008A5DAB">
      <w:pPr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b/>
          <w:color w:val="A1121B"/>
          <w:sz w:val="18"/>
          <w:lang w:eastAsia="ja-JP"/>
        </w:rPr>
        <w:t xml:space="preserve">┃ </w:t>
      </w:r>
      <w:r w:rsidRPr="002C596F">
        <w:rPr>
          <w:rFonts w:ascii="BIZ UDP明朝 Medium" w:eastAsia="BIZ UDP明朝 Medium" w:hAnsi="BIZ UDP明朝 Medium"/>
          <w:b/>
          <w:color w:val="151515"/>
          <w:sz w:val="18"/>
          <w:lang w:eastAsia="ja-JP"/>
        </w:rPr>
        <w:t>04 / 大切にする三原則</w:t>
      </w:r>
    </w:p>
    <w:p w14:paraId="57BE2B41" w14:textId="77777777" w:rsidR="006A5801" w:rsidRPr="002C596F" w:rsidRDefault="008A5DAB">
      <w:pPr>
        <w:pStyle w:val="1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大切にする三原則</w:t>
      </w:r>
    </w:p>
    <w:p w14:paraId="358E479D" w14:textId="77777777" w:rsidR="006A5801" w:rsidRPr="002C596F" w:rsidRDefault="008A5DAB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一、初志貫徹。私たちは、初志を忘れません。それは、夢を叶えるためだけではありません。どんな状況になっても、自分たちが自分たちらしくあり続けるためです。</w:t>
      </w:r>
    </w:p>
    <w:p w14:paraId="2E5E2B34" w14:textId="77777777" w:rsidR="006A5801" w:rsidRPr="002C596F" w:rsidRDefault="008A5DAB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二、自責。私たちは、他責にしません。問題が起きた時、最初に探すのは犯人ではなく原因です。そして、自分たちに変えられることを考えます。</w:t>
      </w:r>
    </w:p>
    <w:p w14:paraId="6DAC2335" w14:textId="77777777" w:rsidR="006A5801" w:rsidRPr="002C596F" w:rsidRDefault="008A5DAB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三、利他。私たちは、周りの人を想う気持ちを大切にします。お客様、仲間、家族、取引先、地域。関わるすべての人を想い、判断します。</w:t>
      </w:r>
    </w:p>
    <w:p w14:paraId="32279DC5" w14:textId="77777777" w:rsidR="001A31E1" w:rsidRDefault="001A31E1">
      <w:pPr>
        <w:rPr>
          <w:rFonts w:ascii="BIZ UDP明朝 Medium" w:eastAsia="BIZ UDP明朝 Medium" w:hAnsi="BIZ UDP明朝 Medium"/>
          <w:lang w:eastAsia="ja-JP"/>
        </w:rPr>
      </w:pPr>
    </w:p>
    <w:p w14:paraId="072B091F" w14:textId="77777777" w:rsidR="001A31E1" w:rsidRDefault="001A31E1">
      <w:pPr>
        <w:rPr>
          <w:rFonts w:ascii="BIZ UDP明朝 Medium" w:eastAsia="BIZ UDP明朝 Medium" w:hAnsi="BIZ UDP明朝 Medium"/>
          <w:lang w:eastAsia="ja-JP"/>
        </w:rPr>
      </w:pPr>
    </w:p>
    <w:p w14:paraId="5C3C4526" w14:textId="34DC6C14" w:rsidR="006A5801" w:rsidRPr="002C596F" w:rsidRDefault="008A5DAB">
      <w:pPr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b/>
          <w:color w:val="A1121B"/>
          <w:sz w:val="18"/>
          <w:lang w:eastAsia="ja-JP"/>
        </w:rPr>
        <w:t xml:space="preserve">┃ </w:t>
      </w:r>
      <w:r w:rsidRPr="002C596F">
        <w:rPr>
          <w:rFonts w:ascii="BIZ UDP明朝 Medium" w:eastAsia="BIZ UDP明朝 Medium" w:hAnsi="BIZ UDP明朝 Medium"/>
          <w:b/>
          <w:color w:val="151515"/>
          <w:sz w:val="18"/>
          <w:lang w:eastAsia="ja-JP"/>
        </w:rPr>
        <w:t>05 / 利益に対する考え方</w:t>
      </w:r>
    </w:p>
    <w:p w14:paraId="0F35AE55" w14:textId="77777777" w:rsidR="006A5801" w:rsidRPr="002C596F" w:rsidRDefault="008A5DAB">
      <w:pPr>
        <w:pStyle w:val="1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利益に対する考え方</w:t>
      </w:r>
    </w:p>
    <w:p w14:paraId="196D9918" w14:textId="77777777" w:rsidR="006A5801" w:rsidRPr="002C596F" w:rsidRDefault="008A5DAB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利益とは、会社が豊かになるためだけにあるものではありません。アールズラボにとって利益とは、お客様との約束を守り続けるための責任です。</w:t>
      </w:r>
    </w:p>
    <w:p w14:paraId="1C96F9A0" w14:textId="77777777" w:rsidR="006A5801" w:rsidRPr="002C596F" w:rsidRDefault="008A5DAB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利益があるから、設備に投資できます。利益があるから、仲間を育てられます。利益があるから、新しいサービスを生み出せます。利益があるから、困っているお客様を助け続けることができます。</w:t>
      </w:r>
    </w:p>
    <w:p w14:paraId="66F322AC" w14:textId="77777777" w:rsidR="006A5801" w:rsidRPr="002C596F" w:rsidRDefault="008A5DAB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利益は目的ではありません。しかし、利益から逃げることもしません。信頼があるから利益が生まれ、利益があるから信頼を守り続けられる。私たちは、その好循環をつくる会社であり続けます。</w:t>
      </w:r>
    </w:p>
    <w:p w14:paraId="6457CBB3" w14:textId="77777777" w:rsidR="001A31E1" w:rsidRDefault="001A31E1">
      <w:pPr>
        <w:rPr>
          <w:rFonts w:ascii="BIZ UDP明朝 Medium" w:eastAsia="BIZ UDP明朝 Medium" w:hAnsi="BIZ UDP明朝 Medium"/>
          <w:lang w:eastAsia="ja-JP"/>
        </w:rPr>
      </w:pPr>
    </w:p>
    <w:p w14:paraId="6E3CEF2B" w14:textId="77777777" w:rsidR="001A31E1" w:rsidRDefault="001A31E1">
      <w:pPr>
        <w:rPr>
          <w:rFonts w:ascii="BIZ UDP明朝 Medium" w:eastAsia="BIZ UDP明朝 Medium" w:hAnsi="BIZ UDP明朝 Medium"/>
          <w:lang w:eastAsia="ja-JP"/>
        </w:rPr>
      </w:pPr>
    </w:p>
    <w:p w14:paraId="6C72D3AD" w14:textId="172E81F9" w:rsidR="006A5801" w:rsidRPr="002C596F" w:rsidRDefault="008A5DAB">
      <w:pPr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b/>
          <w:color w:val="A1121B"/>
          <w:sz w:val="18"/>
          <w:lang w:eastAsia="ja-JP"/>
        </w:rPr>
        <w:t xml:space="preserve">┃ </w:t>
      </w:r>
      <w:r w:rsidRPr="002C596F">
        <w:rPr>
          <w:rFonts w:ascii="BIZ UDP明朝 Medium" w:eastAsia="BIZ UDP明朝 Medium" w:hAnsi="BIZ UDP明朝 Medium"/>
          <w:b/>
          <w:color w:val="151515"/>
          <w:sz w:val="18"/>
          <w:lang w:eastAsia="ja-JP"/>
        </w:rPr>
        <w:t>06 / 創業者の覚悟</w:t>
      </w:r>
    </w:p>
    <w:p w14:paraId="0C2F88D0" w14:textId="77777777" w:rsidR="006A5801" w:rsidRPr="002C596F" w:rsidRDefault="008A5DAB">
      <w:pPr>
        <w:pStyle w:val="1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創業者の覚悟</w:t>
      </w:r>
    </w:p>
    <w:p w14:paraId="16A05BDF" w14:textId="77777777" w:rsidR="006A5801" w:rsidRPr="002C596F" w:rsidRDefault="008A5DAB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私は、会社を大きくしたいから経営者になったわけではありません。お金持ちになりたかったわけでもありません。私が残したかったもの。それは、生き方です。</w:t>
      </w:r>
    </w:p>
    <w:p w14:paraId="20F1385B" w14:textId="77777777" w:rsidR="006A5801" w:rsidRPr="002C596F" w:rsidRDefault="008A5DAB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私にとって会社とは、社会に立ち向かうための自分の分身です。だから、会社が嘘をつけば、私が嘘をついたことになります。会社が人を裏切れば、私が人を裏切ったことになります。だから私は、会社の思想に妥協しません。</w:t>
      </w:r>
    </w:p>
    <w:p w14:paraId="610BB354" w14:textId="77777777" w:rsidR="006A5801" w:rsidRPr="002C596F" w:rsidRDefault="008A5DAB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私は、完璧な人間ではありません。人生の中で、多くの失敗を経験しました。そのたびに学び、考え、立ち上がってきました。人は失敗する。しかし、失敗したことよりも、そこから何を学び、どう生き直すかの方が、はるかに大切だということを知っています。</w:t>
      </w:r>
    </w:p>
    <w:p w14:paraId="18EB872B" w14:textId="77777777" w:rsidR="006A5801" w:rsidRPr="002C596F" w:rsidRDefault="008A5DAB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私は、どんな状況になっても、初志だけは失いません。それは、成功するためではありません。どんな状況になっても、自分が自分であり続けるためです。</w:t>
      </w:r>
    </w:p>
    <w:p w14:paraId="1EAD3472" w14:textId="77777777" w:rsidR="006A5801" w:rsidRPr="002C596F" w:rsidRDefault="008A5DAB">
      <w:pPr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br w:type="page"/>
      </w:r>
    </w:p>
    <w:p w14:paraId="2B4532C1" w14:textId="77777777" w:rsidR="001A31E1" w:rsidRDefault="001A31E1">
      <w:pPr>
        <w:rPr>
          <w:rFonts w:ascii="BIZ UDP明朝 Medium" w:eastAsia="BIZ UDP明朝 Medium" w:hAnsi="BIZ UDP明朝 Medium"/>
          <w:b/>
          <w:color w:val="A1121B"/>
          <w:sz w:val="18"/>
          <w:lang w:eastAsia="ja-JP"/>
        </w:rPr>
      </w:pPr>
    </w:p>
    <w:p w14:paraId="0747F2EF" w14:textId="77777777" w:rsidR="001A31E1" w:rsidRDefault="001A31E1">
      <w:pPr>
        <w:rPr>
          <w:rFonts w:ascii="BIZ UDP明朝 Medium" w:eastAsia="BIZ UDP明朝 Medium" w:hAnsi="BIZ UDP明朝 Medium"/>
          <w:b/>
          <w:color w:val="A1121B"/>
          <w:sz w:val="18"/>
          <w:lang w:eastAsia="ja-JP"/>
        </w:rPr>
      </w:pPr>
    </w:p>
    <w:p w14:paraId="75C1B940" w14:textId="18B8DECC" w:rsidR="006A5801" w:rsidRPr="002C596F" w:rsidRDefault="008A5DAB">
      <w:pPr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b/>
          <w:color w:val="A1121B"/>
          <w:sz w:val="18"/>
          <w:lang w:eastAsia="ja-JP"/>
        </w:rPr>
        <w:t xml:space="preserve">┃ </w:t>
      </w:r>
      <w:r w:rsidRPr="002C596F">
        <w:rPr>
          <w:rFonts w:ascii="BIZ UDP明朝 Medium" w:eastAsia="BIZ UDP明朝 Medium" w:hAnsi="BIZ UDP明朝 Medium"/>
          <w:b/>
          <w:color w:val="151515"/>
          <w:sz w:val="18"/>
          <w:lang w:eastAsia="ja-JP"/>
        </w:rPr>
        <w:t>07 / アールズラボは何者か</w:t>
      </w:r>
    </w:p>
    <w:p w14:paraId="23ECC32A" w14:textId="77777777" w:rsidR="006A5801" w:rsidRPr="002C596F" w:rsidRDefault="008A5DAB">
      <w:pPr>
        <w:pStyle w:val="1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アールズラボは何者か</w:t>
      </w:r>
    </w:p>
    <w:p w14:paraId="4D07DFEC" w14:textId="77777777" w:rsidR="006A5801" w:rsidRPr="002C596F" w:rsidRDefault="008A5DAB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私たちは、車を売る会社ではありません。整備をする会社でもありません。</w:t>
      </w:r>
      <w:proofErr w:type="gramStart"/>
      <w:r w:rsidRPr="002C596F">
        <w:rPr>
          <w:rFonts w:ascii="BIZ UDP明朝 Medium" w:eastAsia="BIZ UDP明朝 Medium" w:hAnsi="BIZ UDP明朝 Medium"/>
          <w:lang w:eastAsia="ja-JP"/>
        </w:rPr>
        <w:t>買取</w:t>
      </w:r>
      <w:proofErr w:type="gramEnd"/>
      <w:r w:rsidRPr="002C596F">
        <w:rPr>
          <w:rFonts w:ascii="BIZ UDP明朝 Medium" w:eastAsia="BIZ UDP明朝 Medium" w:hAnsi="BIZ UDP明朝 Medium"/>
          <w:lang w:eastAsia="ja-JP"/>
        </w:rPr>
        <w:t>をする会社でもありません。もちろん、それらも私たちの仕事です。しかし、それは目的ではありません。</w:t>
      </w:r>
    </w:p>
    <w:p w14:paraId="42264D61" w14:textId="77777777" w:rsidR="006A5801" w:rsidRPr="002C596F" w:rsidRDefault="008A5DAB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私たちの仕事は、安心を届けることです。車を購入する時、故障した時、事故に遭った時、ローンに悩んだ時、買い替えを考えた時。どこへ相談したらいいか分からない時に、</w:t>
      </w:r>
      <w:proofErr w:type="gramStart"/>
      <w:r w:rsidRPr="002C596F">
        <w:rPr>
          <w:rFonts w:ascii="BIZ UDP明朝 Medium" w:eastAsia="BIZ UDP明朝 Medium" w:hAnsi="BIZ UDP明朝 Medium"/>
          <w:lang w:eastAsia="ja-JP"/>
        </w:rPr>
        <w:t>一番最初</w:t>
      </w:r>
      <w:proofErr w:type="gramEnd"/>
      <w:r w:rsidRPr="002C596F">
        <w:rPr>
          <w:rFonts w:ascii="BIZ UDP明朝 Medium" w:eastAsia="BIZ UDP明朝 Medium" w:hAnsi="BIZ UDP明朝 Medium"/>
          <w:lang w:eastAsia="ja-JP"/>
        </w:rPr>
        <w:t>に思い出してもらえる存在。それが、アールズラボです。</w:t>
      </w:r>
    </w:p>
    <w:p w14:paraId="52736A9D" w14:textId="77777777" w:rsidR="006A5801" w:rsidRPr="002C596F" w:rsidRDefault="008A5DAB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私たちは、車ではなく、車のある人生を支えます。</w:t>
      </w:r>
    </w:p>
    <w:p w14:paraId="592A5031" w14:textId="77777777" w:rsidR="001A31E1" w:rsidRDefault="001A31E1">
      <w:pPr>
        <w:rPr>
          <w:rFonts w:ascii="BIZ UDP明朝 Medium" w:eastAsia="BIZ UDP明朝 Medium" w:hAnsi="BIZ UDP明朝 Medium"/>
          <w:lang w:eastAsia="ja-JP"/>
        </w:rPr>
      </w:pPr>
    </w:p>
    <w:p w14:paraId="5F6EC93B" w14:textId="77777777" w:rsidR="001A31E1" w:rsidRDefault="001A31E1">
      <w:pPr>
        <w:rPr>
          <w:rFonts w:ascii="BIZ UDP明朝 Medium" w:eastAsia="BIZ UDP明朝 Medium" w:hAnsi="BIZ UDP明朝 Medium"/>
          <w:lang w:eastAsia="ja-JP"/>
        </w:rPr>
      </w:pPr>
    </w:p>
    <w:p w14:paraId="65AADB5D" w14:textId="47533D98" w:rsidR="006A5801" w:rsidRPr="002C596F" w:rsidRDefault="008A5DAB">
      <w:pPr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b/>
          <w:color w:val="A1121B"/>
          <w:sz w:val="18"/>
          <w:lang w:eastAsia="ja-JP"/>
        </w:rPr>
        <w:t xml:space="preserve">┃ </w:t>
      </w:r>
      <w:r w:rsidRPr="002C596F">
        <w:rPr>
          <w:rFonts w:ascii="BIZ UDP明朝 Medium" w:eastAsia="BIZ UDP明朝 Medium" w:hAnsi="BIZ UDP明朝 Medium"/>
          <w:b/>
          <w:color w:val="151515"/>
          <w:sz w:val="18"/>
          <w:lang w:eastAsia="ja-JP"/>
        </w:rPr>
        <w:t>08 / アールズラボが約束すること</w:t>
      </w:r>
    </w:p>
    <w:p w14:paraId="66AE6F53" w14:textId="77777777" w:rsidR="006A5801" w:rsidRPr="002C596F" w:rsidRDefault="008A5DAB">
      <w:pPr>
        <w:pStyle w:val="1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アールズラボが約束すること</w:t>
      </w:r>
    </w:p>
    <w:p w14:paraId="4CF1BC9C" w14:textId="77777777" w:rsidR="006A5801" w:rsidRPr="002C596F" w:rsidRDefault="008A5DAB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アールズラボは、関わるすべての人に対して、次のことを約束します。</w:t>
      </w:r>
    </w:p>
    <w:p w14:paraId="31CC978D" w14:textId="77777777" w:rsidR="00310D98" w:rsidRDefault="008A5DAB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一、お客様を見捨てません。</w:t>
      </w:r>
    </w:p>
    <w:p w14:paraId="4F5F7A24" w14:textId="77777777" w:rsidR="00310D98" w:rsidRDefault="008A5DAB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二、嘘をつきません。</w:t>
      </w:r>
    </w:p>
    <w:p w14:paraId="7A38A29C" w14:textId="77777777" w:rsidR="00310D98" w:rsidRDefault="008A5DAB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三、人を利用しません。</w:t>
      </w:r>
    </w:p>
    <w:p w14:paraId="015A7944" w14:textId="77777777" w:rsidR="00310D98" w:rsidRDefault="008A5DAB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四、学びを止めません。</w:t>
      </w:r>
    </w:p>
    <w:p w14:paraId="7858C560" w14:textId="77777777" w:rsidR="00310D98" w:rsidRDefault="008A5DAB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五、利益を正しく使います。</w:t>
      </w:r>
    </w:p>
    <w:p w14:paraId="0627ACEF" w14:textId="77777777" w:rsidR="00310D98" w:rsidRDefault="008A5DAB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六、約束を守ります。</w:t>
      </w:r>
    </w:p>
    <w:p w14:paraId="70DD975E" w14:textId="0098EF79" w:rsidR="006A5801" w:rsidRPr="002C596F" w:rsidRDefault="008A5DAB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七、初志を貫きます。</w:t>
      </w:r>
    </w:p>
    <w:p w14:paraId="058A0CE4" w14:textId="77777777" w:rsidR="001A31E1" w:rsidRDefault="001A31E1">
      <w:pPr>
        <w:rPr>
          <w:rFonts w:ascii="BIZ UDP明朝 Medium" w:eastAsia="BIZ UDP明朝 Medium" w:hAnsi="BIZ UDP明朝 Medium"/>
          <w:lang w:eastAsia="ja-JP"/>
        </w:rPr>
      </w:pPr>
    </w:p>
    <w:p w14:paraId="25B7B203" w14:textId="77777777" w:rsidR="001A31E1" w:rsidRDefault="001A31E1">
      <w:pPr>
        <w:rPr>
          <w:rFonts w:ascii="BIZ UDP明朝 Medium" w:eastAsia="BIZ UDP明朝 Medium" w:hAnsi="BIZ UDP明朝 Medium"/>
          <w:lang w:eastAsia="ja-JP"/>
        </w:rPr>
      </w:pPr>
    </w:p>
    <w:p w14:paraId="56B1F234" w14:textId="1C1D28EC" w:rsidR="006A5801" w:rsidRPr="002C596F" w:rsidRDefault="008A5DAB">
      <w:pPr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b/>
          <w:color w:val="A1121B"/>
          <w:sz w:val="18"/>
          <w:lang w:eastAsia="ja-JP"/>
        </w:rPr>
        <w:t xml:space="preserve">┃ </w:t>
      </w:r>
      <w:r w:rsidRPr="002C596F">
        <w:rPr>
          <w:rFonts w:ascii="BIZ UDP明朝 Medium" w:eastAsia="BIZ UDP明朝 Medium" w:hAnsi="BIZ UDP明朝 Medium"/>
          <w:b/>
          <w:color w:val="151515"/>
          <w:sz w:val="18"/>
          <w:lang w:eastAsia="ja-JP"/>
        </w:rPr>
        <w:t>09 / お客様とのパートナーシップ</w:t>
      </w:r>
    </w:p>
    <w:p w14:paraId="03A591A8" w14:textId="77777777" w:rsidR="006A5801" w:rsidRPr="002C596F" w:rsidRDefault="008A5DAB">
      <w:pPr>
        <w:pStyle w:val="1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お客様とのパートナーシップ</w:t>
      </w:r>
    </w:p>
    <w:p w14:paraId="01D1966D" w14:textId="77777777" w:rsidR="006A5801" w:rsidRPr="002C596F" w:rsidRDefault="008A5DAB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私たちは、お客様を「売る相手」とは考えません。人生を共に歩むパートナーだと考えています。</w:t>
      </w:r>
    </w:p>
    <w:p w14:paraId="60849682" w14:textId="77777777" w:rsidR="006A5801" w:rsidRPr="002C596F" w:rsidRDefault="008A5DAB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車は、人生に何度も関わります。就職、結婚、子育て、旅行、仕事、事故、買い替え。だから私たちは、車だけではなく、その先にある人生まで考えます。</w:t>
      </w:r>
    </w:p>
    <w:p w14:paraId="598EDAEF" w14:textId="77777777" w:rsidR="006A5801" w:rsidRPr="002C596F" w:rsidRDefault="008A5DAB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信頼は一方通行ではありません。私たちは誠実であり続けます。だからこそ、お客様にも誠実であっていただきたい。お互いに約束を守り、本音で向き合うこと。その積み重ねが、本当のパートナーシップを育てると考えています。</w:t>
      </w:r>
    </w:p>
    <w:p w14:paraId="2D9394FF" w14:textId="77777777" w:rsidR="001A31E1" w:rsidRDefault="001A31E1">
      <w:pPr>
        <w:rPr>
          <w:rFonts w:ascii="BIZ UDP明朝 Medium" w:eastAsia="BIZ UDP明朝 Medium" w:hAnsi="BIZ UDP明朝 Medium"/>
          <w:lang w:eastAsia="ja-JP"/>
        </w:rPr>
      </w:pPr>
    </w:p>
    <w:p w14:paraId="3A65BB89" w14:textId="77777777" w:rsidR="001A31E1" w:rsidRDefault="001A31E1">
      <w:pPr>
        <w:rPr>
          <w:rFonts w:ascii="BIZ UDP明朝 Medium" w:eastAsia="BIZ UDP明朝 Medium" w:hAnsi="BIZ UDP明朝 Medium"/>
          <w:lang w:eastAsia="ja-JP"/>
        </w:rPr>
      </w:pPr>
    </w:p>
    <w:p w14:paraId="20A39BF7" w14:textId="77777777" w:rsidR="00310D98" w:rsidRDefault="00310D98">
      <w:pPr>
        <w:rPr>
          <w:rFonts w:ascii="BIZ UDP明朝 Medium" w:eastAsia="BIZ UDP明朝 Medium" w:hAnsi="BIZ UDP明朝 Medium"/>
          <w:lang w:eastAsia="ja-JP"/>
        </w:rPr>
      </w:pPr>
    </w:p>
    <w:p w14:paraId="6EE0F204" w14:textId="77777777" w:rsidR="00310D98" w:rsidRDefault="00310D98">
      <w:pPr>
        <w:rPr>
          <w:rFonts w:ascii="BIZ UDP明朝 Medium" w:eastAsia="BIZ UDP明朝 Medium" w:hAnsi="BIZ UDP明朝 Medium"/>
          <w:lang w:eastAsia="ja-JP"/>
        </w:rPr>
      </w:pPr>
    </w:p>
    <w:p w14:paraId="1F23A319" w14:textId="77777777" w:rsidR="00310D98" w:rsidRDefault="00310D98">
      <w:pPr>
        <w:rPr>
          <w:rFonts w:ascii="BIZ UDP明朝 Medium" w:eastAsia="BIZ UDP明朝 Medium" w:hAnsi="BIZ UDP明朝 Medium"/>
          <w:lang w:eastAsia="ja-JP"/>
        </w:rPr>
      </w:pPr>
    </w:p>
    <w:p w14:paraId="445616B6" w14:textId="77777777" w:rsidR="00310D98" w:rsidRDefault="00310D98">
      <w:pPr>
        <w:rPr>
          <w:rFonts w:ascii="BIZ UDP明朝 Medium" w:eastAsia="BIZ UDP明朝 Medium" w:hAnsi="BIZ UDP明朝 Medium"/>
          <w:lang w:eastAsia="ja-JP"/>
        </w:rPr>
      </w:pPr>
    </w:p>
    <w:p w14:paraId="0C5C7B61" w14:textId="77777777" w:rsidR="00310D98" w:rsidRDefault="00310D98">
      <w:pPr>
        <w:rPr>
          <w:rFonts w:ascii="BIZ UDP明朝 Medium" w:eastAsia="BIZ UDP明朝 Medium" w:hAnsi="BIZ UDP明朝 Medium"/>
          <w:lang w:eastAsia="ja-JP"/>
        </w:rPr>
      </w:pPr>
    </w:p>
    <w:p w14:paraId="25CEB90A" w14:textId="11C7D5E7" w:rsidR="006A5801" w:rsidRPr="002C596F" w:rsidRDefault="008A5DAB">
      <w:pPr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b/>
          <w:color w:val="A1121B"/>
          <w:sz w:val="18"/>
          <w:lang w:eastAsia="ja-JP"/>
        </w:rPr>
        <w:t xml:space="preserve">┃ </w:t>
      </w:r>
      <w:r w:rsidRPr="002C596F">
        <w:rPr>
          <w:rFonts w:ascii="BIZ UDP明朝 Medium" w:eastAsia="BIZ UDP明朝 Medium" w:hAnsi="BIZ UDP明朝 Medium"/>
          <w:b/>
          <w:color w:val="151515"/>
          <w:sz w:val="18"/>
          <w:lang w:eastAsia="ja-JP"/>
        </w:rPr>
        <w:t>10 / 共に未来を創るパートナーへ</w:t>
      </w:r>
    </w:p>
    <w:p w14:paraId="069D84A9" w14:textId="77777777" w:rsidR="006A5801" w:rsidRPr="002C596F" w:rsidRDefault="008A5DAB">
      <w:pPr>
        <w:pStyle w:val="1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共に未来を創るパートナーへ</w:t>
      </w:r>
    </w:p>
    <w:p w14:paraId="63F6FA92" w14:textId="77777777" w:rsidR="006A5801" w:rsidRPr="002C596F" w:rsidRDefault="008A5DAB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アールズラボは、一社だけで成り立つ会社ではありません。お客様、取引先、金融機関、保険会社、オークション会場、整備工場、板金工場、地域の皆様。関わるすべての方々がいて、初めてアールズラボという会社は存在できます。</w:t>
      </w:r>
    </w:p>
    <w:p w14:paraId="14F78F34" w14:textId="77777777" w:rsidR="006A5801" w:rsidRPr="002C596F" w:rsidRDefault="008A5DAB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私たちは、価格だけの関係ではなく、信頼で繋がる関係を大切にします。一方だけが利益を得る関係ではなく、共に成長できる関係を築きたいと考えています。</w:t>
      </w:r>
    </w:p>
    <w:p w14:paraId="783D8166" w14:textId="77777777" w:rsidR="006A5801" w:rsidRPr="002C596F" w:rsidRDefault="008A5DAB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私たちは、まだ小さな会社です。しかし、目指しているものは決して小さくありません。関わる一人ひとりに対して誠実であり続けること。その積み重ねが、いつか大きな力になると信じています。</w:t>
      </w:r>
    </w:p>
    <w:p w14:paraId="3CD202D7" w14:textId="77777777" w:rsidR="00310D98" w:rsidRDefault="00310D98">
      <w:pPr>
        <w:rPr>
          <w:rFonts w:ascii="BIZ UDP明朝 Medium" w:eastAsia="BIZ UDP明朝 Medium" w:hAnsi="BIZ UDP明朝 Medium"/>
          <w:lang w:eastAsia="ja-JP"/>
        </w:rPr>
      </w:pPr>
    </w:p>
    <w:p w14:paraId="72B39445" w14:textId="77777777" w:rsidR="00310D98" w:rsidRDefault="00310D98">
      <w:pPr>
        <w:rPr>
          <w:rFonts w:ascii="BIZ UDP明朝 Medium" w:eastAsia="BIZ UDP明朝 Medium" w:hAnsi="BIZ UDP明朝 Medium"/>
          <w:lang w:eastAsia="ja-JP"/>
        </w:rPr>
      </w:pPr>
    </w:p>
    <w:p w14:paraId="34C37A48" w14:textId="5FC3B996" w:rsidR="006A5801" w:rsidRPr="002C596F" w:rsidRDefault="008A5DAB">
      <w:pPr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b/>
          <w:color w:val="A1121B"/>
          <w:sz w:val="18"/>
          <w:lang w:eastAsia="ja-JP"/>
        </w:rPr>
        <w:t xml:space="preserve">┃ </w:t>
      </w:r>
      <w:r w:rsidRPr="002C596F">
        <w:rPr>
          <w:rFonts w:ascii="BIZ UDP明朝 Medium" w:eastAsia="BIZ UDP明朝 Medium" w:hAnsi="BIZ UDP明朝 Medium"/>
          <w:b/>
          <w:color w:val="151515"/>
          <w:sz w:val="18"/>
          <w:lang w:eastAsia="ja-JP"/>
        </w:rPr>
        <w:t>11 / 創業者から未来のパートナーへ</w:t>
      </w:r>
    </w:p>
    <w:p w14:paraId="4A36EDD4" w14:textId="77777777" w:rsidR="006A5801" w:rsidRPr="002C596F" w:rsidRDefault="008A5DAB">
      <w:pPr>
        <w:pStyle w:val="1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創業者から未来のパートナーへ</w:t>
      </w:r>
    </w:p>
    <w:p w14:paraId="384EB768" w14:textId="77777777" w:rsidR="006A5801" w:rsidRPr="002C596F" w:rsidRDefault="008A5DAB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ここまで読んでくださり、ありがとうございます。アールズラボは、まだ完成された会社ではありません。むしろ、完成しないことを大切にしています。</w:t>
      </w:r>
    </w:p>
    <w:p w14:paraId="3EDEDF02" w14:textId="77777777" w:rsidR="006A5801" w:rsidRPr="002C596F" w:rsidRDefault="008A5DAB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なぜなら、時代は変わり、人も変わり、車との関わり方も変わり続けるからです。その中で、私たちは常に学び、考え、挑戦し続けます。</w:t>
      </w:r>
    </w:p>
    <w:p w14:paraId="071E1B7C" w14:textId="77777777" w:rsidR="006A5801" w:rsidRPr="002C596F" w:rsidRDefault="008A5DAB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私たちは、すべての答えを持っている会社ではありません。しかし、分からないことを分からないと言える誠実さ。できないことをできないと言える正直さ。それでも、できる方法を探し続ける粘り強さ。この三つだけは、失わずに進んでいきます。</w:t>
      </w:r>
    </w:p>
    <w:p w14:paraId="291109AA" w14:textId="77777777" w:rsidR="006A5801" w:rsidRPr="002C596F" w:rsidRDefault="008A5DAB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アールズラボは、自分たちが何者かを自分で決めません。何者であったかは、関わってくださった皆様が決めてくださるものだと考えています。だからこそ、私たちは言葉ではなく行動で示します。</w:t>
      </w:r>
    </w:p>
    <w:p w14:paraId="0DAC7948" w14:textId="77777777" w:rsidR="006A5801" w:rsidRPr="002C596F" w:rsidRDefault="008A5DAB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もし、この考え方に少しでも共感していただけるなら、私たちは会社同士ではなく、</w:t>
      </w:r>
      <w:proofErr w:type="gramStart"/>
      <w:r w:rsidRPr="002C596F">
        <w:rPr>
          <w:rFonts w:ascii="BIZ UDP明朝 Medium" w:eastAsia="BIZ UDP明朝 Medium" w:hAnsi="BIZ UDP明朝 Medium"/>
          <w:lang w:eastAsia="ja-JP"/>
        </w:rPr>
        <w:t>人と人と</w:t>
      </w:r>
      <w:proofErr w:type="gramEnd"/>
      <w:r w:rsidRPr="002C596F">
        <w:rPr>
          <w:rFonts w:ascii="BIZ UDP明朝 Medium" w:eastAsia="BIZ UDP明朝 Medium" w:hAnsi="BIZ UDP明朝 Medium"/>
          <w:lang w:eastAsia="ja-JP"/>
        </w:rPr>
        <w:t>して、長く信頼を積み重ねていきたいと考えています。</w:t>
      </w:r>
    </w:p>
    <w:p w14:paraId="2CB56D50" w14:textId="77777777" w:rsidR="006A5801" w:rsidRPr="002C596F" w:rsidRDefault="008A5DAB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アールズラボは、これからも止まりません。思考を止めず、行動を止めず、初志を貫き、人を想う気持ちを未来へ繋いでいきます。</w:t>
      </w:r>
    </w:p>
    <w:p w14:paraId="74C285A5" w14:textId="77777777" w:rsidR="00310D98" w:rsidRDefault="008A5DAB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  <w:r w:rsidRPr="002C596F">
        <w:rPr>
          <w:rFonts w:ascii="BIZ UDP明朝 Medium" w:eastAsia="BIZ UDP明朝 Medium" w:hAnsi="BIZ UDP明朝 Medium"/>
          <w:lang w:eastAsia="ja-JP"/>
        </w:rPr>
        <w:t>そしていつか、「アールズラボがあってよかった。」そう言っていただける会社になるために、今日も一歩ずつ進んでいきます。</w:t>
      </w:r>
      <w:r w:rsidRPr="002C596F">
        <w:rPr>
          <w:rFonts w:ascii="BIZ UDP明朝 Medium" w:eastAsia="BIZ UDP明朝 Medium" w:hAnsi="BIZ UDP明朝 Medium"/>
          <w:lang w:eastAsia="ja-JP"/>
        </w:rPr>
        <w:br/>
      </w:r>
      <w:r w:rsidRPr="002C596F">
        <w:rPr>
          <w:rFonts w:ascii="BIZ UDP明朝 Medium" w:eastAsia="BIZ UDP明朝 Medium" w:hAnsi="BIZ UDP明朝 Medium"/>
          <w:lang w:eastAsia="ja-JP"/>
        </w:rPr>
        <w:br/>
      </w:r>
    </w:p>
    <w:p w14:paraId="160653EA" w14:textId="77777777" w:rsidR="00310D98" w:rsidRDefault="00310D98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</w:p>
    <w:p w14:paraId="7781D230" w14:textId="77777777" w:rsidR="00310D98" w:rsidRDefault="00310D98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</w:p>
    <w:p w14:paraId="4A6303A4" w14:textId="630B8640" w:rsidR="00310D98" w:rsidRDefault="00310D98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</w:p>
    <w:p w14:paraId="42877DAD" w14:textId="3898138E" w:rsidR="00310D98" w:rsidRDefault="00EA4862">
      <w:pPr>
        <w:spacing w:after="100" w:line="283" w:lineRule="auto"/>
        <w:rPr>
          <w:rFonts w:ascii="BIZ UDP明朝 Medium" w:eastAsia="BIZ UDP明朝 Medium" w:hAnsi="BIZ UDP明朝 Medium"/>
          <w:lang w:eastAsia="ja-JP"/>
        </w:rPr>
      </w:pPr>
      <w:r>
        <w:rPr>
          <w:rFonts w:ascii="BIZ UDP明朝 Medium" w:eastAsia="BIZ UDP明朝 Medium" w:hAnsi="BIZ UDP明朝 Medium" w:hint="eastAsia"/>
          <w:lang w:eastAsia="ja-JP"/>
        </w:rPr>
        <w:t>カーライフサポートアールズラボ</w:t>
      </w:r>
    </w:p>
    <w:p w14:paraId="472F6BB5" w14:textId="56EFFADD" w:rsidR="006A5801" w:rsidRPr="002C596F" w:rsidRDefault="00B0326F">
      <w:pPr>
        <w:spacing w:after="100" w:line="283" w:lineRule="auto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  <w:lang w:eastAsia="ja-JP"/>
        </w:rPr>
        <w:t>代表</w:t>
      </w:r>
      <w:r w:rsidR="008A5DAB" w:rsidRPr="002C596F">
        <w:rPr>
          <w:rFonts w:ascii="BIZ UDP明朝 Medium" w:eastAsia="BIZ UDP明朝 Medium" w:hAnsi="BIZ UDP明朝 Medium"/>
        </w:rPr>
        <w:t xml:space="preserve">　格和 竜輝</w:t>
      </w:r>
    </w:p>
    <w:sectPr w:rsidR="006A5801" w:rsidRPr="002C596F" w:rsidSect="00034616">
      <w:footerReference w:type="default" r:id="rId10"/>
      <w:pgSz w:w="11906" w:h="16838"/>
      <w:pgMar w:top="850" w:right="964" w:bottom="850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41DEA" w14:textId="77777777" w:rsidR="009821C1" w:rsidRDefault="009821C1">
      <w:pPr>
        <w:spacing w:after="0" w:line="240" w:lineRule="auto"/>
      </w:pPr>
      <w:r>
        <w:separator/>
      </w:r>
    </w:p>
  </w:endnote>
  <w:endnote w:type="continuationSeparator" w:id="0">
    <w:p w14:paraId="5D8A7BD2" w14:textId="77777777" w:rsidR="009821C1" w:rsidRDefault="00982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Noto Sans CJK JP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AF0E8" w14:textId="6FDA07FE" w:rsidR="006A5801" w:rsidRPr="001A31E1" w:rsidRDefault="008A5DAB">
    <w:pPr>
      <w:pStyle w:val="a7"/>
      <w:jc w:val="center"/>
      <w:rPr>
        <w:rFonts w:eastAsiaTheme="minorEastAsia" w:hint="eastAsia"/>
        <w:lang w:eastAsia="ja-JP"/>
      </w:rPr>
    </w:pPr>
    <w:r>
      <w:rPr>
        <w:color w:val="666666"/>
        <w:sz w:val="15"/>
        <w:lang w:eastAsia="ja-JP"/>
      </w:rPr>
      <w:t xml:space="preserve">カーライフサポートアールズラボ｜創業思想書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058ED" w14:textId="77777777" w:rsidR="009821C1" w:rsidRDefault="009821C1">
      <w:pPr>
        <w:spacing w:after="0" w:line="240" w:lineRule="auto"/>
      </w:pPr>
      <w:r>
        <w:separator/>
      </w:r>
    </w:p>
  </w:footnote>
  <w:footnote w:type="continuationSeparator" w:id="0">
    <w:p w14:paraId="56F99B51" w14:textId="77777777" w:rsidR="009821C1" w:rsidRDefault="009821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8841507">
    <w:abstractNumId w:val="8"/>
  </w:num>
  <w:num w:numId="2" w16cid:durableId="1539706194">
    <w:abstractNumId w:val="6"/>
  </w:num>
  <w:num w:numId="3" w16cid:durableId="1134568378">
    <w:abstractNumId w:val="5"/>
  </w:num>
  <w:num w:numId="4" w16cid:durableId="800533189">
    <w:abstractNumId w:val="4"/>
  </w:num>
  <w:num w:numId="5" w16cid:durableId="76635969">
    <w:abstractNumId w:val="7"/>
  </w:num>
  <w:num w:numId="6" w16cid:durableId="173348198">
    <w:abstractNumId w:val="3"/>
  </w:num>
  <w:num w:numId="7" w16cid:durableId="1109933012">
    <w:abstractNumId w:val="2"/>
  </w:num>
  <w:num w:numId="8" w16cid:durableId="306320395">
    <w:abstractNumId w:val="1"/>
  </w:num>
  <w:num w:numId="9" w16cid:durableId="1610550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A31E1"/>
    <w:rsid w:val="002863D1"/>
    <w:rsid w:val="0029639D"/>
    <w:rsid w:val="002C596F"/>
    <w:rsid w:val="00310D98"/>
    <w:rsid w:val="00326F90"/>
    <w:rsid w:val="00351723"/>
    <w:rsid w:val="006A5801"/>
    <w:rsid w:val="00880169"/>
    <w:rsid w:val="008A5DAB"/>
    <w:rsid w:val="00914F62"/>
    <w:rsid w:val="009821C1"/>
    <w:rsid w:val="009F6601"/>
    <w:rsid w:val="00A92859"/>
    <w:rsid w:val="00AA1D8D"/>
    <w:rsid w:val="00B0326F"/>
    <w:rsid w:val="00B47730"/>
    <w:rsid w:val="00CB0664"/>
    <w:rsid w:val="00EA486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962EFA"/>
  <w14:defaultImageDpi w14:val="300"/>
  <w15:docId w15:val="{66182D92-6737-4F79-8A15-A381DFD8B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Noto Sans CJK JP" w:eastAsia="Noto Sans CJK JP" w:hAnsi="Noto Sans CJK JP"/>
      <w:sz w:val="19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80" w:after="80"/>
      <w:outlineLvl w:val="0"/>
    </w:pPr>
    <w:rPr>
      <w:rFonts w:asciiTheme="majorHAnsi" w:eastAsiaTheme="majorEastAsia" w:hAnsiTheme="majorHAnsi" w:cstheme="majorBidi"/>
      <w:b/>
      <w:bCs/>
      <w:color w:val="151515"/>
      <w:sz w:val="30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80" w:after="80"/>
      <w:outlineLvl w:val="1"/>
    </w:pPr>
    <w:rPr>
      <w:rFonts w:asciiTheme="majorHAnsi" w:eastAsiaTheme="majorEastAsia" w:hAnsiTheme="majorHAnsi" w:cstheme="majorBidi"/>
      <w:b/>
      <w:bCs/>
      <w:color w:val="151515"/>
      <w:sz w:val="22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80" w:after="80"/>
      <w:outlineLvl w:val="2"/>
    </w:pPr>
    <w:rPr>
      <w:rFonts w:asciiTheme="majorHAnsi" w:eastAsiaTheme="majorEastAsia" w:hAnsiTheme="majorHAnsi" w:cstheme="majorBidi"/>
      <w:b/>
      <w:bCs/>
      <w:color w:val="151515"/>
      <w:sz w:val="20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5</Pages>
  <Words>506</Words>
  <Characters>2889</Characters>
  <Application>Microsoft Office Word</Application>
  <DocSecurity>0</DocSecurity>
  <Lines>24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3389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竜輝 格和</cp:lastModifiedBy>
  <cp:revision>6</cp:revision>
  <cp:lastPrinted>2026-07-06T01:24:00Z</cp:lastPrinted>
  <dcterms:created xsi:type="dcterms:W3CDTF">2026-06-29T15:47:00Z</dcterms:created>
  <dcterms:modified xsi:type="dcterms:W3CDTF">2026-07-15T10:46:00Z</dcterms:modified>
  <cp:category/>
</cp:coreProperties>
</file>